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D1A" w:rsidRDefault="00731717">
      <w:pPr>
        <w:spacing w:after="40" w:line="240" w:lineRule="auto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054400" cy="10108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s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4400" cy="101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D1A" w:rsidRDefault="00731717">
      <w:pPr>
        <w:spacing w:after="40" w:line="240" w:lineRule="auto"/>
        <w:jc w:val="right"/>
      </w:pPr>
      <w:r>
        <w:rPr>
          <w:sz w:val="25"/>
        </w:rPr>
        <w:t>Duisburg, 22.09.2026</w:t>
      </w:r>
    </w:p>
    <w:p w:rsidR="00597D1A" w:rsidRDefault="00731717">
      <w:pPr>
        <w:spacing w:after="0" w:line="240" w:lineRule="auto"/>
        <w:jc w:val="center"/>
      </w:pPr>
      <w:r>
        <w:rPr>
          <w:b/>
          <w:sz w:val="40"/>
        </w:rPr>
        <w:t>Wir brauchen Ihre Hilfe für unser Schulfest</w:t>
      </w:r>
    </w:p>
    <w:p w:rsidR="00597D1A" w:rsidRDefault="00731717">
      <w:pPr>
        <w:spacing w:after="80" w:line="240" w:lineRule="auto"/>
        <w:jc w:val="center"/>
      </w:pPr>
      <w:r>
        <w:rPr>
          <w:b/>
          <w:sz w:val="32"/>
        </w:rPr>
        <w:t>Kleidung, Spielzeug und Kuchen</w:t>
      </w:r>
    </w:p>
    <w:p w:rsidR="00597D1A" w:rsidRDefault="00731717">
      <w:pPr>
        <w:spacing w:after="40" w:line="240" w:lineRule="auto"/>
      </w:pPr>
      <w:r>
        <w:t>Liebe Eltern und Erziehungsberechtigte,</w:t>
      </w:r>
    </w:p>
    <w:p w:rsidR="00597D1A" w:rsidRDefault="00731717">
      <w:pPr>
        <w:spacing w:after="60" w:line="240" w:lineRule="auto"/>
      </w:pPr>
      <w:r>
        <w:t xml:space="preserve">am Freitag, 9. Oktober 2026, ist unser Schulfest. </w:t>
      </w:r>
      <w:r>
        <w:rPr>
          <w:b/>
        </w:rPr>
        <w:t>Dafür freuen wir uns über Spenden.</w:t>
      </w:r>
    </w:p>
    <w:p w:rsidR="00597D1A" w:rsidRDefault="00731717">
      <w:pPr>
        <w:spacing w:before="60" w:after="40" w:line="240" w:lineRule="auto"/>
      </w:pPr>
      <w:r>
        <w:rPr>
          <w:b/>
          <w:sz w:val="32"/>
        </w:rPr>
        <w:t>1. Kleidung und Spielzeug</w:t>
      </w:r>
    </w:p>
    <w:p w:rsidR="00597D1A" w:rsidRDefault="00731717">
      <w:pPr>
        <w:spacing w:after="20" w:line="240" w:lineRule="auto"/>
        <w:ind w:left="255" w:hanging="170"/>
      </w:pPr>
      <w:r>
        <w:t xml:space="preserve">• </w:t>
      </w:r>
      <w:r>
        <w:t>Kleidung für Kinder bis Klasse 8. Besonders brauchen wir Sachen für jüngere Kinder.</w:t>
      </w:r>
    </w:p>
    <w:p w:rsidR="00597D1A" w:rsidRDefault="00731717">
      <w:pPr>
        <w:spacing w:after="20" w:line="240" w:lineRule="auto"/>
        <w:ind w:left="255" w:hanging="170"/>
      </w:pPr>
      <w:r>
        <w:t>• Zum Beispiel: Hosen, Pullover, T-Shirts, Jacken, Sportschuhe und andere Schuhe.</w:t>
      </w:r>
    </w:p>
    <w:p w:rsidR="00597D1A" w:rsidRDefault="00731717">
      <w:pPr>
        <w:spacing w:after="20" w:line="240" w:lineRule="auto"/>
        <w:ind w:left="255" w:hanging="170"/>
      </w:pPr>
      <w:r>
        <w:t>• Bitte nur gewaschene, saubere und gut tragbare Sachen.</w:t>
      </w:r>
    </w:p>
    <w:p w:rsidR="00597D1A" w:rsidRDefault="00731717">
      <w:pPr>
        <w:spacing w:after="20" w:line="240" w:lineRule="auto"/>
        <w:ind w:left="255" w:hanging="170"/>
      </w:pPr>
      <w:r>
        <w:t>• Auch gut erhaltenes Spielzeug i</w:t>
      </w:r>
      <w:r>
        <w:t>st willkommen.</w:t>
      </w:r>
    </w:p>
    <w:p w:rsidR="00597D1A" w:rsidRDefault="00731717">
      <w:pPr>
        <w:spacing w:after="20" w:line="240" w:lineRule="auto"/>
        <w:ind w:left="255" w:hanging="170"/>
      </w:pPr>
      <w:r>
        <w:t>• Eine kleine Menge reicht. Auch 1 oder 2 Sachen helfen uns.</w:t>
      </w:r>
    </w:p>
    <w:p w:rsidR="00597D1A" w:rsidRDefault="00731717">
      <w:pPr>
        <w:spacing w:after="40" w:line="240" w:lineRule="auto"/>
      </w:pPr>
      <w:r>
        <w:rPr>
          <w:i/>
        </w:rPr>
        <w:t>Was übrig bleibt, kommt in unseren AAS-Fundus oder wird weitergespendet.</w:t>
      </w:r>
    </w:p>
    <w:p w:rsidR="00597D1A" w:rsidRDefault="00731717">
      <w:pPr>
        <w:spacing w:after="40" w:line="240" w:lineRule="auto"/>
      </w:pPr>
      <w:r>
        <w:t>Sie können Kleidung und Spielzeug ab sofort bei den Klassenleitungen abgeben.</w:t>
      </w:r>
    </w:p>
    <w:p w:rsidR="00597D1A" w:rsidRDefault="00731717">
      <w:pPr>
        <w:spacing w:before="60" w:after="40" w:line="240" w:lineRule="auto"/>
      </w:pPr>
      <w:r>
        <w:rPr>
          <w:b/>
          <w:sz w:val="32"/>
        </w:rPr>
        <w:t>2. Kuchen</w:t>
      </w:r>
    </w:p>
    <w:p w:rsidR="00597D1A" w:rsidRDefault="00731717">
      <w:pPr>
        <w:spacing w:after="20" w:line="240" w:lineRule="auto"/>
        <w:ind w:left="255" w:hanging="170"/>
      </w:pPr>
      <w:r>
        <w:t>• Wir freuen uns au</w:t>
      </w:r>
      <w:r>
        <w:t>ch über Kuchen oder Muffins.</w:t>
      </w:r>
    </w:p>
    <w:p w:rsidR="00597D1A" w:rsidRDefault="00731717">
      <w:pPr>
        <w:spacing w:after="20" w:line="240" w:lineRule="auto"/>
        <w:ind w:left="255" w:hanging="170"/>
      </w:pPr>
      <w:r>
        <w:t>• Bitte nur Kuchen, den man einfach auf einer Serviette essen kann.</w:t>
      </w:r>
    </w:p>
    <w:p w:rsidR="00597D1A" w:rsidRDefault="00731717">
      <w:pPr>
        <w:spacing w:after="20" w:line="240" w:lineRule="auto"/>
        <w:ind w:left="255" w:hanging="170"/>
      </w:pPr>
      <w:r>
        <w:t>• Zum Beispiel: Blechkuchen, trockener Kuchen oder Muffins.</w:t>
      </w:r>
    </w:p>
    <w:p w:rsidR="00597D1A" w:rsidRDefault="00731717">
      <w:pPr>
        <w:spacing w:after="20" w:line="240" w:lineRule="auto"/>
        <w:ind w:left="255" w:hanging="170"/>
      </w:pPr>
      <w:r>
        <w:t>• Bitte keine Kuchen, die gekühlt werden müssen.</w:t>
      </w:r>
    </w:p>
    <w:p w:rsidR="00597D1A" w:rsidRDefault="00731717">
      <w:pPr>
        <w:spacing w:after="20" w:line="240" w:lineRule="auto"/>
        <w:ind w:left="255" w:hanging="170"/>
      </w:pPr>
      <w:r>
        <w:t xml:space="preserve">• Kuchen bitte erst ab Donnerstag, 8. Oktober, in </w:t>
      </w:r>
      <w:r>
        <w:t>der Schule abgeben.</w:t>
      </w:r>
    </w:p>
    <w:p w:rsidR="00597D1A" w:rsidRDefault="00731717">
      <w:pPr>
        <w:spacing w:after="20" w:line="240" w:lineRule="auto"/>
        <w:ind w:left="255" w:hanging="170"/>
      </w:pPr>
      <w:r>
        <w:t>• Bitte schreiben Sie Ihren Namen auf Teller, Dosen und andere Behälter.</w:t>
      </w:r>
    </w:p>
    <w:p w:rsidR="00597D1A" w:rsidRDefault="00731717">
      <w:pPr>
        <w:spacing w:before="40" w:after="40" w:line="240" w:lineRule="auto"/>
      </w:pPr>
      <w:r>
        <w:rPr>
          <w:b/>
        </w:rPr>
        <w:t>Bitte füllen Sie den Zettel unten aus und geben Sie ihn Ihrem Kind wieder mit.</w:t>
      </w:r>
    </w:p>
    <w:p w:rsidR="00597D1A" w:rsidRDefault="00731717">
      <w:pPr>
        <w:spacing w:after="20" w:line="240" w:lineRule="auto"/>
      </w:pPr>
      <w:r>
        <w:rPr>
          <w:b/>
          <w:sz w:val="30"/>
        </w:rPr>
        <w:t>Vielen Dank für Ihre Hilfe!</w:t>
      </w:r>
    </w:p>
    <w:p w:rsidR="00597D1A" w:rsidRDefault="00731717">
      <w:pPr>
        <w:spacing w:after="20" w:line="240" w:lineRule="auto"/>
      </w:pPr>
      <w:r>
        <w:t>Herzliche Grüße</w:t>
      </w:r>
      <w:r>
        <w:br/>
        <w:t>Ihre Alfred-Adler-Schule</w:t>
      </w:r>
    </w:p>
    <w:p w:rsidR="00597D1A" w:rsidRDefault="00731717">
      <w:pPr>
        <w:spacing w:after="20" w:line="240" w:lineRule="auto"/>
        <w:jc w:val="center"/>
      </w:pPr>
      <w:r>
        <w:t>✂</w:t>
      </w:r>
      <w:r>
        <w:t xml:space="preserve">  - - - - - - </w:t>
      </w:r>
      <w:r>
        <w:t>- - - - - - - - - - - - - - - - - - - - - - - - -  ✂</w:t>
      </w:r>
    </w:p>
    <w:tbl>
      <w:tblPr>
        <w:tblW w:w="0" w:type="auto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597D1A">
        <w:trPr>
          <w:jc w:val="center"/>
        </w:trPr>
        <w:tc>
          <w:tcPr>
            <w:tcW w:w="986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97D1A" w:rsidRDefault="00731717">
            <w:pPr>
              <w:spacing w:after="30" w:line="240" w:lineRule="auto"/>
            </w:pPr>
            <w:r>
              <w:rPr>
                <w:b/>
                <w:sz w:val="27"/>
              </w:rPr>
              <w:t>RÜCKMELDEZETTEL – bitte abtrennen</w:t>
            </w:r>
          </w:p>
          <w:p w:rsidR="00597D1A" w:rsidRDefault="00731717">
            <w:pPr>
              <w:spacing w:after="30" w:line="240" w:lineRule="auto"/>
            </w:pPr>
            <w:r>
              <w:rPr>
                <w:sz w:val="25"/>
              </w:rPr>
              <w:t>Name des Kindes: ______________________________   Klasse: ________</w:t>
            </w:r>
          </w:p>
          <w:p w:rsidR="00597D1A" w:rsidRDefault="00731717">
            <w:pPr>
              <w:spacing w:after="30" w:line="240" w:lineRule="auto"/>
            </w:pPr>
            <w:r>
              <w:rPr>
                <w:sz w:val="25"/>
              </w:rPr>
              <w:t>Kleidung / Spielzeug:   ☐ Ja   ☐ Nein     Was? __________________________</w:t>
            </w:r>
          </w:p>
          <w:p w:rsidR="00597D1A" w:rsidRDefault="00731717">
            <w:pPr>
              <w:spacing w:after="30" w:line="240" w:lineRule="auto"/>
            </w:pPr>
            <w:r>
              <w:rPr>
                <w:sz w:val="25"/>
              </w:rPr>
              <w:t>Kuchen:                 ☐ Ja</w:t>
            </w:r>
            <w:r>
              <w:rPr>
                <w:sz w:val="25"/>
              </w:rPr>
              <w:t xml:space="preserve">   ☐ Nein     Was? __________________________</w:t>
            </w:r>
          </w:p>
        </w:tc>
      </w:tr>
    </w:tbl>
    <w:p w:rsidR="00731717" w:rsidRDefault="00731717"/>
    <w:sectPr w:rsidR="00731717" w:rsidSect="00034616">
      <w:footerReference w:type="default" r:id="rId9"/>
      <w:pgSz w:w="12240" w:h="15840"/>
      <w:pgMar w:top="567" w:right="850" w:bottom="56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1717" w:rsidRDefault="00731717">
      <w:pPr>
        <w:spacing w:after="0" w:line="240" w:lineRule="auto"/>
      </w:pPr>
      <w:r>
        <w:separator/>
      </w:r>
    </w:p>
  </w:endnote>
  <w:endnote w:type="continuationSeparator" w:id="0">
    <w:p w:rsidR="00731717" w:rsidRDefault="00731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D1A" w:rsidRDefault="00731717">
    <w:pPr>
      <w:pStyle w:val="Fuzeile"/>
      <w:jc w:val="center"/>
    </w:pPr>
    <w:r>
      <w:rPr>
        <w:sz w:val="18"/>
      </w:rPr>
      <w:t>Alfred-Adler-Schule • Förderschule für emotionale und soziale Entwicklung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1717" w:rsidRDefault="00731717">
      <w:pPr>
        <w:spacing w:after="0" w:line="240" w:lineRule="auto"/>
      </w:pPr>
      <w:r>
        <w:separator/>
      </w:r>
    </w:p>
  </w:footnote>
  <w:footnote w:type="continuationSeparator" w:id="0">
    <w:p w:rsidR="00731717" w:rsidRDefault="007317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97D1A"/>
    <w:rsid w:val="00731717"/>
    <w:rsid w:val="008D030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56A0942-8B70-4D28-87AB-80BDC58B2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693F"/>
    <w:rPr>
      <w:rFonts w:ascii="Calibri" w:eastAsia="Calibri" w:hAnsi="Calibri"/>
      <w:sz w:val="2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3E4FAE-5BA7-4B54-B4B8-F1CAF5B7A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Julia Weyers</cp:lastModifiedBy>
  <cp:revision>2</cp:revision>
  <dcterms:created xsi:type="dcterms:W3CDTF">2026-09-23T18:25:00Z</dcterms:created>
  <dcterms:modified xsi:type="dcterms:W3CDTF">2026-09-23T18:25:00Z</dcterms:modified>
  <cp:category/>
</cp:coreProperties>
</file>